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7666A" w14:textId="77777777" w:rsidR="00CD7748" w:rsidRDefault="00CD7748" w:rsidP="00CD7748">
      <w:pPr>
        <w:rPr>
          <w:sz w:val="24"/>
          <w:szCs w:val="24"/>
        </w:rPr>
      </w:pPr>
    </w:p>
    <w:p w14:paraId="21026A2E" w14:textId="77777777" w:rsidR="00CD7748" w:rsidRPr="00CD7748" w:rsidRDefault="00CD7748" w:rsidP="00CD7748">
      <w:pPr>
        <w:rPr>
          <w:sz w:val="24"/>
          <w:szCs w:val="24"/>
        </w:rPr>
      </w:pPr>
    </w:p>
    <w:tbl>
      <w:tblPr>
        <w:tblpPr w:leftFromText="141" w:rightFromText="141" w:horzAnchor="margin" w:tblpX="-284" w:tblpY="-533"/>
        <w:tblW w:w="9781" w:type="dxa"/>
        <w:tblLook w:val="04A0" w:firstRow="1" w:lastRow="0" w:firstColumn="1" w:lastColumn="0" w:noHBand="0" w:noVBand="1"/>
      </w:tblPr>
      <w:tblGrid>
        <w:gridCol w:w="4253"/>
        <w:gridCol w:w="1506"/>
        <w:gridCol w:w="4022"/>
      </w:tblGrid>
      <w:tr w:rsidR="00CD7748" w:rsidRPr="00CD7748" w14:paraId="500BFE09" w14:textId="77777777" w:rsidTr="005F791A">
        <w:trPr>
          <w:trHeight w:val="1660"/>
        </w:trPr>
        <w:tc>
          <w:tcPr>
            <w:tcW w:w="4253" w:type="dxa"/>
            <w:tcBorders>
              <w:bottom w:val="single" w:sz="4" w:space="0" w:color="auto"/>
            </w:tcBorders>
          </w:tcPr>
          <w:p w14:paraId="2BDC6C4B" w14:textId="77777777" w:rsidR="00CD7748" w:rsidRPr="00CD7748" w:rsidRDefault="00CD7748" w:rsidP="005F791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  <w:p w14:paraId="42333CD5" w14:textId="77777777" w:rsidR="00CD7748" w:rsidRPr="00CD7748" w:rsidRDefault="00CD7748" w:rsidP="005F7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</w:pPr>
            <w:r w:rsidRPr="00CD7748"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t>COMUNE</w:t>
            </w:r>
          </w:p>
          <w:p w14:paraId="42B18B13" w14:textId="77777777" w:rsidR="00CD7748" w:rsidRPr="00CD7748" w:rsidRDefault="00CD7748" w:rsidP="005F7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</w:pPr>
            <w:r w:rsidRPr="00CD7748"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t xml:space="preserve"> DI CHAMBAVE</w:t>
            </w:r>
          </w:p>
          <w:p w14:paraId="30312D9F" w14:textId="77777777" w:rsidR="00CD7748" w:rsidRPr="00CD7748" w:rsidRDefault="00CD7748" w:rsidP="005F7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</w:pPr>
          </w:p>
          <w:p w14:paraId="69AFFECE" w14:textId="77777777" w:rsidR="00CD7748" w:rsidRPr="00CD7748" w:rsidRDefault="00CD7748" w:rsidP="005F791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  <w:lang w:val="it-IT" w:eastAsia="it-IT"/>
              </w:rPr>
            </w:pPr>
            <w:r w:rsidRPr="00CD7748"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  <w:t>Regione Autonoma Valle D’Aosta</w:t>
            </w:r>
          </w:p>
        </w:tc>
        <w:tc>
          <w:tcPr>
            <w:tcW w:w="1506" w:type="dxa"/>
            <w:tcBorders>
              <w:bottom w:val="single" w:sz="4" w:space="0" w:color="auto"/>
            </w:tcBorders>
          </w:tcPr>
          <w:p w14:paraId="1FCF2112" w14:textId="77777777" w:rsidR="00CD7748" w:rsidRPr="00CD7748" w:rsidRDefault="00CD7748" w:rsidP="005F791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  <w:lang w:val="it-IT" w:eastAsia="it-IT"/>
              </w:rPr>
            </w:pPr>
            <w:r w:rsidRPr="00CD7748">
              <w:rPr>
                <w:rFonts w:eastAsia="Times New Roman" w:cs="Times New Roman"/>
                <w:noProof/>
                <w:sz w:val="20"/>
                <w:szCs w:val="20"/>
                <w:lang w:val="it-IT" w:eastAsia="it-IT"/>
              </w:rPr>
              <w:drawing>
                <wp:inline distT="0" distB="0" distL="0" distR="0" wp14:anchorId="024D9762" wp14:editId="75B529B2">
                  <wp:extent cx="790575" cy="1038225"/>
                  <wp:effectExtent l="19050" t="0" r="9525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2" w:type="dxa"/>
            <w:tcBorders>
              <w:bottom w:val="single" w:sz="4" w:space="0" w:color="auto"/>
            </w:tcBorders>
          </w:tcPr>
          <w:p w14:paraId="68346928" w14:textId="77777777" w:rsidR="00CD7748" w:rsidRPr="00CD7748" w:rsidRDefault="00CD7748" w:rsidP="005F791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  <w:p w14:paraId="3DB31785" w14:textId="77777777" w:rsidR="00CD7748" w:rsidRPr="00CD7748" w:rsidRDefault="00CD7748" w:rsidP="005F7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</w:pPr>
            <w:r w:rsidRPr="00CD7748"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t>COMMUNE DE</w:t>
            </w:r>
          </w:p>
          <w:p w14:paraId="1A9A2A0D" w14:textId="77777777" w:rsidR="00CD7748" w:rsidRPr="00CD7748" w:rsidRDefault="00CD7748" w:rsidP="005F7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</w:pPr>
            <w:r w:rsidRPr="00CD7748"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t>CHAMBAVE</w:t>
            </w:r>
          </w:p>
          <w:p w14:paraId="274BFB4F" w14:textId="77777777" w:rsidR="00CD7748" w:rsidRPr="00CD7748" w:rsidRDefault="00CD7748" w:rsidP="005F79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</w:pPr>
          </w:p>
          <w:p w14:paraId="28F4BD39" w14:textId="77777777" w:rsidR="00CD7748" w:rsidRPr="00CD7748" w:rsidRDefault="00CD7748" w:rsidP="005F791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  <w:lang w:val="it-IT" w:eastAsia="it-IT"/>
              </w:rPr>
            </w:pPr>
            <w:r w:rsidRPr="00CD7748"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  <w:t>Regione Autonoma Valle D’Aosta</w:t>
            </w:r>
          </w:p>
        </w:tc>
      </w:tr>
      <w:tr w:rsidR="00CD7748" w:rsidRPr="00CD7748" w14:paraId="252B1EE9" w14:textId="77777777" w:rsidTr="005F791A">
        <w:trPr>
          <w:trHeight w:val="991"/>
        </w:trPr>
        <w:tc>
          <w:tcPr>
            <w:tcW w:w="4253" w:type="dxa"/>
            <w:tcBorders>
              <w:top w:val="single" w:sz="4" w:space="0" w:color="auto"/>
            </w:tcBorders>
          </w:tcPr>
          <w:p w14:paraId="771D804C" w14:textId="77777777" w:rsidR="00CD7748" w:rsidRPr="00CD7748" w:rsidRDefault="00CD7748" w:rsidP="005F791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  <w:p w14:paraId="41CFEC6E" w14:textId="77777777" w:rsidR="00CD7748" w:rsidRPr="00CD7748" w:rsidRDefault="00CD7748" w:rsidP="005F791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  <w:r w:rsidRPr="00CD7748"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  <w:t>Rue E. Chanoux, 53 – 11023 CHAMBAVE</w:t>
            </w:r>
          </w:p>
          <w:p w14:paraId="60AE0583" w14:textId="77777777" w:rsidR="00CD7748" w:rsidRPr="00CD7748" w:rsidRDefault="00CD7748" w:rsidP="005F791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  <w:r w:rsidRPr="00CD7748"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  <w:t xml:space="preserve">E-Mail: </w:t>
            </w:r>
            <w:hyperlink r:id="rId7" w:history="1">
              <w:r w:rsidRPr="00CD7748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  <w:lang w:val="it-IT" w:eastAsia="it-IT"/>
                </w:rPr>
                <w:t>info@comune.chambave.ao.it</w:t>
              </w:r>
            </w:hyperlink>
            <w:r w:rsidRPr="00CD7748"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  <w:t xml:space="preserve"> </w:t>
            </w:r>
          </w:p>
          <w:p w14:paraId="0F164C5B" w14:textId="77777777" w:rsidR="00CD7748" w:rsidRPr="00CD7748" w:rsidRDefault="00CD7748" w:rsidP="005F791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  <w:r w:rsidRPr="00CD7748"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  <w:t xml:space="preserve">Pec: </w:t>
            </w:r>
            <w:hyperlink r:id="rId8" w:history="1">
              <w:r w:rsidRPr="00CD7748">
                <w:rPr>
                  <w:rStyle w:val="Collegamentoipertestuale"/>
                  <w:rFonts w:ascii="Arial" w:eastAsia="Times New Roman" w:hAnsi="Arial" w:cs="Arial"/>
                  <w:sz w:val="20"/>
                  <w:szCs w:val="20"/>
                  <w:lang w:val="it-IT" w:eastAsia="it-IT"/>
                </w:rPr>
                <w:t>protocollo@pec.comune.chambave.ao.it</w:t>
              </w:r>
            </w:hyperlink>
          </w:p>
          <w:p w14:paraId="657C09C3" w14:textId="77777777" w:rsidR="00CD7748" w:rsidRPr="00CD7748" w:rsidRDefault="00CD7748" w:rsidP="005F791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1506" w:type="dxa"/>
            <w:tcBorders>
              <w:top w:val="single" w:sz="4" w:space="0" w:color="auto"/>
            </w:tcBorders>
          </w:tcPr>
          <w:p w14:paraId="628F5B59" w14:textId="77777777" w:rsidR="00CD7748" w:rsidRPr="00CD7748" w:rsidRDefault="00CD7748" w:rsidP="005F791A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it-IT" w:eastAsia="it-IT"/>
              </w:rPr>
            </w:pPr>
          </w:p>
        </w:tc>
        <w:tc>
          <w:tcPr>
            <w:tcW w:w="4022" w:type="dxa"/>
            <w:tcBorders>
              <w:top w:val="single" w:sz="4" w:space="0" w:color="auto"/>
            </w:tcBorders>
          </w:tcPr>
          <w:p w14:paraId="30B0598C" w14:textId="77777777" w:rsidR="00CD7748" w:rsidRPr="00CD7748" w:rsidRDefault="00CD7748" w:rsidP="005F791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  <w:p w14:paraId="78681F21" w14:textId="77777777" w:rsidR="00CD7748" w:rsidRPr="00CD7748" w:rsidRDefault="00CD7748" w:rsidP="005F791A">
            <w:pPr>
              <w:spacing w:after="0" w:line="240" w:lineRule="auto"/>
              <w:ind w:right="-102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  <w:r w:rsidRPr="00CD7748"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  <w:t xml:space="preserve">     Tel. 0166 46106 – Fax 0166 46491</w:t>
            </w:r>
          </w:p>
          <w:p w14:paraId="4D7F3BEF" w14:textId="77777777" w:rsidR="00CD7748" w:rsidRPr="00CD7748" w:rsidRDefault="00CD7748" w:rsidP="005F791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  <w:r w:rsidRPr="00CD7748"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  <w:t xml:space="preserve">     P. Iva: 00101150076</w:t>
            </w:r>
          </w:p>
        </w:tc>
      </w:tr>
    </w:tbl>
    <w:p w14:paraId="1F80B4E7" w14:textId="77777777" w:rsidR="00037C7A" w:rsidRPr="00CD7748" w:rsidRDefault="00000000" w:rsidP="00CD7748">
      <w:pPr>
        <w:pStyle w:val="Titolo2"/>
        <w:jc w:val="center"/>
        <w:rPr>
          <w:sz w:val="28"/>
          <w:szCs w:val="28"/>
        </w:rPr>
      </w:pPr>
      <w:r w:rsidRPr="00CD7748">
        <w:rPr>
          <w:sz w:val="28"/>
          <w:szCs w:val="28"/>
        </w:rPr>
        <w:t>MODULO DI MANIFESTAZIONE DI INTERESSE E DICHIARAZIONE DEI REQUISITI</w:t>
      </w:r>
    </w:p>
    <w:p w14:paraId="0B8D2340" w14:textId="77777777" w:rsidR="00CD7748" w:rsidRDefault="00CD7748">
      <w:pPr>
        <w:rPr>
          <w:sz w:val="24"/>
          <w:szCs w:val="24"/>
        </w:rPr>
      </w:pPr>
    </w:p>
    <w:p w14:paraId="254AD9B2" w14:textId="77777777" w:rsidR="00CD7748" w:rsidRPr="00CD7748" w:rsidRDefault="00CD7748">
      <w:pPr>
        <w:rPr>
          <w:sz w:val="24"/>
          <w:szCs w:val="24"/>
        </w:rPr>
      </w:pPr>
    </w:p>
    <w:p w14:paraId="27A8B4CC" w14:textId="73A7E871" w:rsidR="00037C7A" w:rsidRPr="00CD7748" w:rsidRDefault="00000000" w:rsidP="00CD7748">
      <w:pPr>
        <w:jc w:val="both"/>
        <w:rPr>
          <w:sz w:val="24"/>
          <w:szCs w:val="24"/>
        </w:rPr>
      </w:pPr>
      <w:r w:rsidRPr="00CD7748">
        <w:rPr>
          <w:sz w:val="24"/>
          <w:szCs w:val="24"/>
        </w:rPr>
        <w:t>Procedura pubblica esplorativa finalizzata all’individuazione di un soggetto interessato alla concessione di gestione e valorizzazione dell’area picnic comunale adiacente al campo sportivo e alla pista ciclopedonale.</w:t>
      </w:r>
    </w:p>
    <w:p w14:paraId="0E2CB667" w14:textId="45E72668" w:rsidR="00037C7A" w:rsidRPr="00CD7748" w:rsidRDefault="00000000">
      <w:pPr>
        <w:rPr>
          <w:sz w:val="24"/>
          <w:szCs w:val="24"/>
        </w:rPr>
      </w:pPr>
      <w:r w:rsidRPr="00CD7748">
        <w:rPr>
          <w:sz w:val="24"/>
          <w:szCs w:val="24"/>
        </w:rPr>
        <w:t>Il/La sottoscritto/a __________________________________________</w:t>
      </w:r>
      <w:r w:rsidR="00CD7748" w:rsidRPr="00CD7748">
        <w:rPr>
          <w:sz w:val="24"/>
          <w:szCs w:val="24"/>
        </w:rPr>
        <w:t>_______________________________________________</w:t>
      </w:r>
    </w:p>
    <w:p w14:paraId="645E3B0C" w14:textId="24F948E6" w:rsidR="00037C7A" w:rsidRPr="00CD7748" w:rsidRDefault="00000000">
      <w:pPr>
        <w:rPr>
          <w:sz w:val="24"/>
          <w:szCs w:val="24"/>
        </w:rPr>
      </w:pPr>
      <w:r w:rsidRPr="00CD7748">
        <w:rPr>
          <w:sz w:val="24"/>
          <w:szCs w:val="24"/>
        </w:rPr>
        <w:t>nato/a a ______________________________ il ____________________</w:t>
      </w:r>
      <w:r w:rsidR="00CD7748" w:rsidRPr="00CD7748">
        <w:rPr>
          <w:sz w:val="24"/>
          <w:szCs w:val="24"/>
        </w:rPr>
        <w:t>________________________________________________</w:t>
      </w:r>
    </w:p>
    <w:p w14:paraId="0E0C2CF4" w14:textId="35EFF6FD" w:rsidR="00037C7A" w:rsidRPr="00CD7748" w:rsidRDefault="00000000">
      <w:pPr>
        <w:rPr>
          <w:sz w:val="24"/>
          <w:szCs w:val="24"/>
        </w:rPr>
      </w:pPr>
      <w:r w:rsidRPr="00CD7748">
        <w:rPr>
          <w:sz w:val="24"/>
          <w:szCs w:val="24"/>
        </w:rPr>
        <w:t>residente in _________________________________________________</w:t>
      </w:r>
      <w:r w:rsidR="00CD7748" w:rsidRPr="00CD7748">
        <w:rPr>
          <w:sz w:val="24"/>
          <w:szCs w:val="24"/>
        </w:rPr>
        <w:t>________________________________________________</w:t>
      </w:r>
    </w:p>
    <w:p w14:paraId="04254E35" w14:textId="1275AA35" w:rsidR="00037C7A" w:rsidRPr="00CD7748" w:rsidRDefault="00000000">
      <w:pPr>
        <w:rPr>
          <w:sz w:val="24"/>
          <w:szCs w:val="24"/>
        </w:rPr>
      </w:pPr>
      <w:r w:rsidRPr="00CD7748">
        <w:rPr>
          <w:sz w:val="24"/>
          <w:szCs w:val="24"/>
        </w:rPr>
        <w:t>codice fiscale _______________________________________________</w:t>
      </w:r>
      <w:r w:rsidR="00CD7748" w:rsidRPr="00CD7748">
        <w:rPr>
          <w:sz w:val="24"/>
          <w:szCs w:val="24"/>
        </w:rPr>
        <w:t>_________________________________________________</w:t>
      </w:r>
    </w:p>
    <w:p w14:paraId="2635F842" w14:textId="00F9929A" w:rsidR="00037C7A" w:rsidRPr="00CD7748" w:rsidRDefault="00000000">
      <w:pPr>
        <w:rPr>
          <w:sz w:val="24"/>
          <w:szCs w:val="24"/>
        </w:rPr>
      </w:pPr>
      <w:r w:rsidRPr="00CD7748">
        <w:rPr>
          <w:sz w:val="24"/>
          <w:szCs w:val="24"/>
        </w:rPr>
        <w:t>in qualità di _____________________________________________</w:t>
      </w:r>
      <w:r w:rsidR="00CD7748" w:rsidRPr="00CD7748">
        <w:rPr>
          <w:sz w:val="24"/>
          <w:szCs w:val="24"/>
        </w:rPr>
        <w:t>____________________________________________________</w:t>
      </w:r>
    </w:p>
    <w:p w14:paraId="7F81CDDF" w14:textId="3A94A033" w:rsidR="00037C7A" w:rsidRPr="00CD7748" w:rsidRDefault="00000000">
      <w:pPr>
        <w:rPr>
          <w:sz w:val="24"/>
          <w:szCs w:val="24"/>
        </w:rPr>
      </w:pPr>
      <w:r w:rsidRPr="00CD7748">
        <w:rPr>
          <w:sz w:val="24"/>
          <w:szCs w:val="24"/>
        </w:rPr>
        <w:t>dell’impresa/associazione/soggetto _________________________</w:t>
      </w:r>
      <w:r w:rsidR="00CD7748" w:rsidRPr="00CD7748">
        <w:rPr>
          <w:sz w:val="24"/>
          <w:szCs w:val="24"/>
        </w:rPr>
        <w:t>____________________________________________</w:t>
      </w:r>
      <w:r w:rsidRPr="00CD7748">
        <w:rPr>
          <w:sz w:val="24"/>
          <w:szCs w:val="24"/>
        </w:rPr>
        <w:t>_</w:t>
      </w:r>
    </w:p>
    <w:p w14:paraId="31C3D24F" w14:textId="35EB5EEA" w:rsidR="00037C7A" w:rsidRPr="00CD7748" w:rsidRDefault="00000000">
      <w:pPr>
        <w:rPr>
          <w:sz w:val="24"/>
          <w:szCs w:val="24"/>
        </w:rPr>
      </w:pPr>
      <w:r w:rsidRPr="00CD7748">
        <w:rPr>
          <w:sz w:val="24"/>
          <w:szCs w:val="24"/>
        </w:rPr>
        <w:t>con sede in _________________________________________________</w:t>
      </w:r>
      <w:r w:rsidR="00CD7748" w:rsidRPr="00CD7748">
        <w:rPr>
          <w:sz w:val="24"/>
          <w:szCs w:val="24"/>
        </w:rPr>
        <w:t>_________________________________________________</w:t>
      </w:r>
    </w:p>
    <w:p w14:paraId="4067E290" w14:textId="2417DCDC" w:rsidR="00037C7A" w:rsidRPr="00CD7748" w:rsidRDefault="00000000">
      <w:pPr>
        <w:rPr>
          <w:sz w:val="24"/>
          <w:szCs w:val="24"/>
        </w:rPr>
      </w:pPr>
      <w:r w:rsidRPr="00CD7748">
        <w:rPr>
          <w:sz w:val="24"/>
          <w:szCs w:val="24"/>
        </w:rPr>
        <w:t>P.IVA/C.F. _________________________________________________</w:t>
      </w:r>
      <w:r w:rsidR="00CD7748" w:rsidRPr="00CD7748">
        <w:rPr>
          <w:sz w:val="24"/>
          <w:szCs w:val="24"/>
        </w:rPr>
        <w:t>__________________________________________________</w:t>
      </w:r>
    </w:p>
    <w:p w14:paraId="6C6B7B30" w14:textId="594A8FF9" w:rsidR="00037C7A" w:rsidRPr="00CD7748" w:rsidRDefault="00000000">
      <w:pPr>
        <w:rPr>
          <w:sz w:val="24"/>
          <w:szCs w:val="24"/>
        </w:rPr>
      </w:pPr>
      <w:r w:rsidRPr="00CD7748">
        <w:rPr>
          <w:sz w:val="24"/>
          <w:szCs w:val="24"/>
        </w:rPr>
        <w:t>PEC ________________________________________________________</w:t>
      </w:r>
      <w:r w:rsidR="00CD7748" w:rsidRPr="00CD7748">
        <w:rPr>
          <w:sz w:val="24"/>
          <w:szCs w:val="24"/>
        </w:rPr>
        <w:t>__________________________________________________</w:t>
      </w:r>
    </w:p>
    <w:p w14:paraId="7261C836" w14:textId="493D00AA" w:rsidR="00037C7A" w:rsidRPr="00CD7748" w:rsidRDefault="00000000">
      <w:pPr>
        <w:rPr>
          <w:sz w:val="24"/>
          <w:szCs w:val="24"/>
        </w:rPr>
      </w:pPr>
      <w:r w:rsidRPr="00CD7748">
        <w:rPr>
          <w:sz w:val="24"/>
          <w:szCs w:val="24"/>
        </w:rPr>
        <w:t>telefono ____________________________________________________</w:t>
      </w:r>
      <w:r w:rsidR="00CD7748" w:rsidRPr="00CD7748">
        <w:rPr>
          <w:sz w:val="24"/>
          <w:szCs w:val="24"/>
        </w:rPr>
        <w:t>__________________________________________________</w:t>
      </w:r>
    </w:p>
    <w:p w14:paraId="2C4AAF7D" w14:textId="77777777" w:rsidR="00037C7A" w:rsidRPr="00CD7748" w:rsidRDefault="00000000" w:rsidP="00CD7748">
      <w:pPr>
        <w:pStyle w:val="Titolo2"/>
        <w:spacing w:before="240" w:after="120"/>
        <w:jc w:val="center"/>
        <w:rPr>
          <w:sz w:val="24"/>
          <w:szCs w:val="24"/>
        </w:rPr>
      </w:pPr>
      <w:r w:rsidRPr="00CD7748">
        <w:rPr>
          <w:sz w:val="24"/>
          <w:szCs w:val="24"/>
        </w:rPr>
        <w:t>MANIFESTA</w:t>
      </w:r>
    </w:p>
    <w:p w14:paraId="483B093B" w14:textId="77777777" w:rsidR="00037C7A" w:rsidRPr="00CD7748" w:rsidRDefault="00000000" w:rsidP="00CD7748">
      <w:pPr>
        <w:jc w:val="both"/>
        <w:rPr>
          <w:sz w:val="24"/>
          <w:szCs w:val="24"/>
        </w:rPr>
      </w:pPr>
      <w:r w:rsidRPr="00CD7748">
        <w:rPr>
          <w:sz w:val="24"/>
          <w:szCs w:val="24"/>
        </w:rPr>
        <w:t>il proprio interesse a partecipare alla procedura pubblica esplorativa finalizzata all’individuazione di un soggetto interessato alla concessione di gestione e valorizzazione dell’area picnic comunale.</w:t>
      </w:r>
    </w:p>
    <w:p w14:paraId="1BDDE677" w14:textId="77777777" w:rsidR="00037C7A" w:rsidRPr="00CD7748" w:rsidRDefault="00000000" w:rsidP="00CD7748">
      <w:pPr>
        <w:pStyle w:val="Titolo2"/>
        <w:spacing w:before="240" w:after="120"/>
        <w:jc w:val="center"/>
        <w:rPr>
          <w:sz w:val="24"/>
          <w:szCs w:val="24"/>
        </w:rPr>
      </w:pPr>
      <w:r w:rsidRPr="00CD7748">
        <w:rPr>
          <w:sz w:val="24"/>
          <w:szCs w:val="24"/>
        </w:rPr>
        <w:lastRenderedPageBreak/>
        <w:t>DICHIARA</w:t>
      </w:r>
    </w:p>
    <w:p w14:paraId="2ADF2864" w14:textId="77777777" w:rsidR="00037C7A" w:rsidRPr="00CD7748" w:rsidRDefault="00000000">
      <w:pPr>
        <w:rPr>
          <w:sz w:val="24"/>
          <w:szCs w:val="24"/>
        </w:rPr>
      </w:pPr>
      <w:r w:rsidRPr="00CD7748">
        <w:rPr>
          <w:sz w:val="24"/>
          <w:szCs w:val="24"/>
        </w:rPr>
        <w:t>□ di aver preso visione dell’avviso pubblico e di accettarne integralmente contenuti e condizioni;</w:t>
      </w:r>
    </w:p>
    <w:p w14:paraId="4E1D50E8" w14:textId="77777777" w:rsidR="00037C7A" w:rsidRPr="00CD7748" w:rsidRDefault="00000000">
      <w:pPr>
        <w:rPr>
          <w:sz w:val="24"/>
          <w:szCs w:val="24"/>
        </w:rPr>
      </w:pPr>
      <w:r w:rsidRPr="00CD7748">
        <w:rPr>
          <w:sz w:val="24"/>
          <w:szCs w:val="24"/>
        </w:rPr>
        <w:t>□ di essere in possesso dei requisiti necessari allo svolgimento delle attività proposte;</w:t>
      </w:r>
    </w:p>
    <w:p w14:paraId="55B5A02F" w14:textId="77777777" w:rsidR="00037C7A" w:rsidRPr="00CD7748" w:rsidRDefault="00000000">
      <w:pPr>
        <w:rPr>
          <w:sz w:val="24"/>
          <w:szCs w:val="24"/>
        </w:rPr>
      </w:pPr>
      <w:r w:rsidRPr="00CD7748">
        <w:rPr>
          <w:sz w:val="24"/>
          <w:szCs w:val="24"/>
        </w:rPr>
        <w:t>□ di non trovarsi in alcuna delle condizioni ostative o cause di esclusione previste dalla normativa vigente che impediscano la contrattazione con la Pubblica Amministrazione, ivi comprese:</w:t>
      </w:r>
      <w:r w:rsidRPr="00CD7748">
        <w:rPr>
          <w:sz w:val="24"/>
          <w:szCs w:val="24"/>
        </w:rPr>
        <w:br/>
        <w:t xml:space="preserve">   - condanne definitive per reati gravi incidenti sulla moralità professionale;</w:t>
      </w:r>
      <w:r w:rsidRPr="00CD7748">
        <w:rPr>
          <w:sz w:val="24"/>
          <w:szCs w:val="24"/>
        </w:rPr>
        <w:br/>
        <w:t xml:space="preserve">   - cause di divieto, decadenza o sospensione previste dalla normativa antimafia;</w:t>
      </w:r>
      <w:r w:rsidRPr="00CD7748">
        <w:rPr>
          <w:sz w:val="24"/>
          <w:szCs w:val="24"/>
        </w:rPr>
        <w:br/>
        <w:t xml:space="preserve">   - procedure di fallimento, liquidazione o situazioni equivalenti, ove applicabili;</w:t>
      </w:r>
      <w:r w:rsidRPr="00CD7748">
        <w:rPr>
          <w:sz w:val="24"/>
          <w:szCs w:val="24"/>
        </w:rPr>
        <w:br/>
        <w:t xml:space="preserve">   - gravi violazioni definitivamente accertate in materia contributiva o fiscale;</w:t>
      </w:r>
    </w:p>
    <w:p w14:paraId="33CF04FD" w14:textId="77777777" w:rsidR="00037C7A" w:rsidRPr="00CD7748" w:rsidRDefault="00000000">
      <w:pPr>
        <w:rPr>
          <w:sz w:val="24"/>
          <w:szCs w:val="24"/>
        </w:rPr>
      </w:pPr>
      <w:r w:rsidRPr="00CD7748">
        <w:rPr>
          <w:sz w:val="24"/>
          <w:szCs w:val="24"/>
        </w:rPr>
        <w:t>□ di essere in regola con gli obblighi contributivi e fiscali;</w:t>
      </w:r>
    </w:p>
    <w:p w14:paraId="27FF368D" w14:textId="77777777" w:rsidR="00037C7A" w:rsidRPr="00CD7748" w:rsidRDefault="00000000">
      <w:pPr>
        <w:rPr>
          <w:sz w:val="24"/>
          <w:szCs w:val="24"/>
        </w:rPr>
      </w:pPr>
      <w:r w:rsidRPr="00CD7748">
        <w:rPr>
          <w:sz w:val="24"/>
          <w:szCs w:val="24"/>
        </w:rPr>
        <w:t xml:space="preserve">□ di essere in possesso dei requisiti morali previsti dagli artt. 71 e seguenti del </w:t>
      </w:r>
      <w:proofErr w:type="gramStart"/>
      <w:r w:rsidRPr="00CD7748">
        <w:rPr>
          <w:sz w:val="24"/>
          <w:szCs w:val="24"/>
        </w:rPr>
        <w:t>D.Lgs</w:t>
      </w:r>
      <w:proofErr w:type="gramEnd"/>
      <w:r w:rsidRPr="00CD7748">
        <w:rPr>
          <w:sz w:val="24"/>
          <w:szCs w:val="24"/>
        </w:rPr>
        <w:t>. 59/2010 per l’esercizio dell’attività di somministrazione di alimenti e bevande, ove l’attività venga proposta;</w:t>
      </w:r>
    </w:p>
    <w:p w14:paraId="04DC947F" w14:textId="77777777" w:rsidR="00037C7A" w:rsidRPr="00CD7748" w:rsidRDefault="00000000">
      <w:pPr>
        <w:rPr>
          <w:sz w:val="24"/>
          <w:szCs w:val="24"/>
        </w:rPr>
      </w:pPr>
      <w:r w:rsidRPr="00CD7748">
        <w:rPr>
          <w:sz w:val="24"/>
          <w:szCs w:val="24"/>
        </w:rPr>
        <w:t>□ di essere iscritto alla Camera di Commercio per attività compatibili, ove richiesto;</w:t>
      </w:r>
    </w:p>
    <w:p w14:paraId="1D397460" w14:textId="66D5D493" w:rsidR="00037C7A" w:rsidRPr="00CD7748" w:rsidRDefault="00000000">
      <w:pPr>
        <w:rPr>
          <w:sz w:val="24"/>
          <w:szCs w:val="24"/>
        </w:rPr>
      </w:pPr>
      <w:r w:rsidRPr="00CD7748">
        <w:rPr>
          <w:sz w:val="24"/>
          <w:szCs w:val="24"/>
        </w:rPr>
        <w:t xml:space="preserve">□ di disporre di adeguata capacità organizzativa e </w:t>
      </w:r>
      <w:r w:rsidR="009C1E89">
        <w:rPr>
          <w:sz w:val="24"/>
          <w:szCs w:val="24"/>
        </w:rPr>
        <w:t xml:space="preserve">operative </w:t>
      </w:r>
      <w:r w:rsidR="009C1E89" w:rsidRPr="009C1E89">
        <w:rPr>
          <w:sz w:val="24"/>
          <w:szCs w:val="24"/>
        </w:rPr>
        <w:t>in relazione alle attività proposte</w:t>
      </w:r>
      <w:r w:rsidRPr="00CD7748">
        <w:rPr>
          <w:sz w:val="24"/>
          <w:szCs w:val="24"/>
        </w:rPr>
        <w:t>;</w:t>
      </w:r>
    </w:p>
    <w:p w14:paraId="40324F1B" w14:textId="77777777" w:rsidR="00037C7A" w:rsidRPr="00CD7748" w:rsidRDefault="00000000">
      <w:pPr>
        <w:rPr>
          <w:sz w:val="24"/>
          <w:szCs w:val="24"/>
        </w:rPr>
      </w:pPr>
      <w:r w:rsidRPr="00CD7748">
        <w:rPr>
          <w:sz w:val="24"/>
          <w:szCs w:val="24"/>
        </w:rPr>
        <w:t>□ di impegnarsi, in caso di affidamento, alla stipula di adeguata polizza assicurativa RCT secondo quanto previsto nell’avviso;</w:t>
      </w:r>
    </w:p>
    <w:p w14:paraId="65119C8B" w14:textId="77777777" w:rsidR="00037C7A" w:rsidRPr="00CD7748" w:rsidRDefault="00000000">
      <w:pPr>
        <w:rPr>
          <w:sz w:val="24"/>
          <w:szCs w:val="24"/>
        </w:rPr>
      </w:pPr>
      <w:r w:rsidRPr="00CD7748">
        <w:rPr>
          <w:sz w:val="24"/>
          <w:szCs w:val="24"/>
        </w:rPr>
        <w:t>□ di impegnarsi ad acquisire tutte le autorizzazioni amministrative, sanitarie e commerciali eventualmente necessarie allo svolgimento delle attività proposte;</w:t>
      </w:r>
    </w:p>
    <w:p w14:paraId="6FAF6340" w14:textId="77777777" w:rsidR="00037C7A" w:rsidRPr="00CD7748" w:rsidRDefault="00000000">
      <w:pPr>
        <w:rPr>
          <w:sz w:val="24"/>
          <w:szCs w:val="24"/>
        </w:rPr>
      </w:pPr>
      <w:r w:rsidRPr="00CD7748">
        <w:rPr>
          <w:sz w:val="24"/>
          <w:szCs w:val="24"/>
        </w:rPr>
        <w:t>□ di impegnarsi al rispetto della normativa vigente in materia urbanistica, igienico-sanitaria, ambientale e di sicurezza;</w:t>
      </w:r>
    </w:p>
    <w:p w14:paraId="367F7786" w14:textId="77777777" w:rsidR="00037C7A" w:rsidRPr="00CD7748" w:rsidRDefault="00000000">
      <w:pPr>
        <w:rPr>
          <w:sz w:val="24"/>
          <w:szCs w:val="24"/>
        </w:rPr>
      </w:pPr>
      <w:r w:rsidRPr="00CD7748">
        <w:rPr>
          <w:sz w:val="24"/>
          <w:szCs w:val="24"/>
        </w:rPr>
        <w:t>□ di aver preso visione dello stato dei luoghi e delle caratteristiche dell’area oggetto di gestione;</w:t>
      </w:r>
    </w:p>
    <w:p w14:paraId="53193176" w14:textId="77777777" w:rsidR="00037C7A" w:rsidRPr="00CD7748" w:rsidRDefault="00000000">
      <w:pPr>
        <w:rPr>
          <w:sz w:val="24"/>
          <w:szCs w:val="24"/>
        </w:rPr>
      </w:pPr>
      <w:r w:rsidRPr="00CD7748">
        <w:rPr>
          <w:sz w:val="24"/>
          <w:szCs w:val="24"/>
        </w:rPr>
        <w:t>□ di essere consapevole che la partecipazione alla presente procedura non comporta alcun diritto automatico all’affidamento della concessione.</w:t>
      </w:r>
    </w:p>
    <w:p w14:paraId="705328B0" w14:textId="77777777" w:rsidR="00037C7A" w:rsidRPr="00CD7748" w:rsidRDefault="00000000" w:rsidP="00CD7748">
      <w:pPr>
        <w:pStyle w:val="Titolo2"/>
        <w:spacing w:before="240" w:after="120"/>
        <w:jc w:val="center"/>
        <w:rPr>
          <w:sz w:val="24"/>
          <w:szCs w:val="24"/>
        </w:rPr>
      </w:pPr>
      <w:r w:rsidRPr="00CD7748">
        <w:rPr>
          <w:sz w:val="24"/>
          <w:szCs w:val="24"/>
        </w:rPr>
        <w:t>ALLEGATI</w:t>
      </w:r>
    </w:p>
    <w:p w14:paraId="414CE465" w14:textId="77777777" w:rsidR="00037C7A" w:rsidRPr="00CD7748" w:rsidRDefault="00000000">
      <w:pPr>
        <w:rPr>
          <w:sz w:val="24"/>
          <w:szCs w:val="24"/>
        </w:rPr>
      </w:pPr>
      <w:r w:rsidRPr="00CD7748">
        <w:rPr>
          <w:sz w:val="24"/>
          <w:szCs w:val="24"/>
        </w:rPr>
        <w:t>□ copia documento di identità del sottoscrittore;</w:t>
      </w:r>
    </w:p>
    <w:p w14:paraId="35E67E0F" w14:textId="7E2C601B" w:rsidR="00CD7748" w:rsidRPr="00CD7748" w:rsidRDefault="00CD7748">
      <w:pPr>
        <w:rPr>
          <w:sz w:val="24"/>
          <w:szCs w:val="24"/>
        </w:rPr>
      </w:pPr>
      <w:r w:rsidRPr="00CD7748">
        <w:rPr>
          <w:sz w:val="24"/>
          <w:szCs w:val="24"/>
        </w:rPr>
        <w:t xml:space="preserve">□ proposta gestionale </w:t>
      </w:r>
      <w:r w:rsidRPr="00CD7748">
        <w:rPr>
          <w:sz w:val="24"/>
          <w:szCs w:val="24"/>
          <w:lang w:val="it-IT"/>
        </w:rPr>
        <w:t xml:space="preserve">con descrizione delle modalità organizzative e manutentive </w:t>
      </w:r>
      <w:bookmarkStart w:id="0" w:name="_Hlk230854713"/>
      <w:r w:rsidRPr="00CD7748">
        <w:rPr>
          <w:sz w:val="24"/>
          <w:szCs w:val="24"/>
          <w:lang w:val="it-IT"/>
        </w:rPr>
        <w:t>e descrizione delle attività integrative eventualmente proposte</w:t>
      </w:r>
      <w:bookmarkEnd w:id="0"/>
    </w:p>
    <w:p w14:paraId="3DE2C54B" w14:textId="60D75F60" w:rsidR="00037C7A" w:rsidRPr="00CD7748" w:rsidRDefault="00CD7748">
      <w:pPr>
        <w:rPr>
          <w:sz w:val="24"/>
          <w:szCs w:val="24"/>
        </w:rPr>
      </w:pPr>
      <w:r w:rsidRPr="00CD7748">
        <w:rPr>
          <w:sz w:val="24"/>
          <w:szCs w:val="24"/>
        </w:rPr>
        <w:t xml:space="preserve">□ </w:t>
      </w:r>
      <w:r w:rsidRPr="00CD7748">
        <w:rPr>
          <w:sz w:val="24"/>
          <w:szCs w:val="24"/>
          <w:lang w:val="it-IT"/>
        </w:rPr>
        <w:t>esperienze pregresse in attività analoghe</w:t>
      </w:r>
      <w:r w:rsidRPr="00CD7748">
        <w:rPr>
          <w:sz w:val="24"/>
          <w:szCs w:val="24"/>
        </w:rPr>
        <w:t>;</w:t>
      </w:r>
    </w:p>
    <w:p w14:paraId="3FB7967A" w14:textId="77777777" w:rsidR="00037C7A" w:rsidRPr="00CD7748" w:rsidRDefault="00000000">
      <w:pPr>
        <w:rPr>
          <w:sz w:val="24"/>
          <w:szCs w:val="24"/>
        </w:rPr>
      </w:pPr>
      <w:r w:rsidRPr="00CD7748">
        <w:rPr>
          <w:sz w:val="24"/>
          <w:szCs w:val="24"/>
        </w:rPr>
        <w:lastRenderedPageBreak/>
        <w:t>□ eventuale documentazione illustrativa delle attività proposte.</w:t>
      </w:r>
    </w:p>
    <w:p w14:paraId="0114A40F" w14:textId="1BFA0E8F" w:rsidR="00037C7A" w:rsidRPr="00CD7748" w:rsidRDefault="00000000">
      <w:pPr>
        <w:rPr>
          <w:sz w:val="24"/>
          <w:szCs w:val="24"/>
        </w:rPr>
      </w:pPr>
      <w:r w:rsidRPr="00CD7748">
        <w:rPr>
          <w:sz w:val="24"/>
          <w:szCs w:val="24"/>
        </w:rPr>
        <w:t>Luogo e data ________________________________</w:t>
      </w:r>
    </w:p>
    <w:p w14:paraId="0FE68FD8" w14:textId="5B95C6D7" w:rsidR="00037C7A" w:rsidRPr="00CD7748" w:rsidRDefault="00000000">
      <w:pPr>
        <w:rPr>
          <w:sz w:val="24"/>
          <w:szCs w:val="24"/>
        </w:rPr>
      </w:pPr>
      <w:r w:rsidRPr="00CD7748">
        <w:rPr>
          <w:sz w:val="24"/>
          <w:szCs w:val="24"/>
        </w:rPr>
        <w:t>Firma ______________________________________</w:t>
      </w:r>
    </w:p>
    <w:p w14:paraId="1B291462" w14:textId="77777777" w:rsidR="00037C7A" w:rsidRPr="00CD7748" w:rsidRDefault="00000000">
      <w:pPr>
        <w:rPr>
          <w:sz w:val="24"/>
          <w:szCs w:val="24"/>
        </w:rPr>
      </w:pPr>
      <w:r w:rsidRPr="00CD7748">
        <w:rPr>
          <w:sz w:val="24"/>
          <w:szCs w:val="24"/>
        </w:rPr>
        <w:br/>
        <w:t>Ai sensi del Regolamento UE 2016/679 (GDPR), i dati personali forniti saranno trattati esclusivamente per le finalità connesse alla presente procedura.</w:t>
      </w:r>
    </w:p>
    <w:sectPr w:rsidR="00037C7A" w:rsidRPr="00CD7748" w:rsidSect="00CD7748">
      <w:pgSz w:w="12240" w:h="15840"/>
      <w:pgMar w:top="1417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27063159">
    <w:abstractNumId w:val="8"/>
  </w:num>
  <w:num w:numId="2" w16cid:durableId="2053069828">
    <w:abstractNumId w:val="6"/>
  </w:num>
  <w:num w:numId="3" w16cid:durableId="727651782">
    <w:abstractNumId w:val="5"/>
  </w:num>
  <w:num w:numId="4" w16cid:durableId="1897819837">
    <w:abstractNumId w:val="4"/>
  </w:num>
  <w:num w:numId="5" w16cid:durableId="7804124">
    <w:abstractNumId w:val="7"/>
  </w:num>
  <w:num w:numId="6" w16cid:durableId="217135642">
    <w:abstractNumId w:val="3"/>
  </w:num>
  <w:num w:numId="7" w16cid:durableId="940795929">
    <w:abstractNumId w:val="2"/>
  </w:num>
  <w:num w:numId="8" w16cid:durableId="987779931">
    <w:abstractNumId w:val="1"/>
  </w:num>
  <w:num w:numId="9" w16cid:durableId="1002859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37C7A"/>
    <w:rsid w:val="0006063C"/>
    <w:rsid w:val="00093C16"/>
    <w:rsid w:val="000B06EA"/>
    <w:rsid w:val="0015074B"/>
    <w:rsid w:val="0029639D"/>
    <w:rsid w:val="00326F90"/>
    <w:rsid w:val="009C1E89"/>
    <w:rsid w:val="00AA1D8D"/>
    <w:rsid w:val="00B47730"/>
    <w:rsid w:val="00CB0664"/>
    <w:rsid w:val="00CD7748"/>
    <w:rsid w:val="00F1609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BE1B68"/>
  <w14:defaultImageDpi w14:val="300"/>
  <w15:docId w15:val="{84D6D27B-5686-4807-8532-1C6AC75CC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Collegamentoipertestuale">
    <w:name w:val="Hyperlink"/>
    <w:basedOn w:val="Carpredefinitoparagrafo"/>
    <w:uiPriority w:val="99"/>
    <w:unhideWhenUsed/>
    <w:rsid w:val="00CD774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comune.chambave.ao.it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comune.chambave.ao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655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4387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Patrizia MAURO</cp:lastModifiedBy>
  <cp:revision>4</cp:revision>
  <dcterms:created xsi:type="dcterms:W3CDTF">2026-05-26T15:54:00Z</dcterms:created>
  <dcterms:modified xsi:type="dcterms:W3CDTF">2026-05-28T09:01:00Z</dcterms:modified>
  <cp:category/>
</cp:coreProperties>
</file>